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A5732" w14:textId="77777777" w:rsidR="003F630A" w:rsidRDefault="005D0B92">
      <w:pPr>
        <w:jc w:val="center"/>
      </w:pPr>
      <w:r>
        <w:rPr>
          <w:b/>
          <w:sz w:val="30"/>
        </w:rPr>
        <w:t>Journal Editorial Board Member Application Form</w:t>
      </w:r>
    </w:p>
    <w:p w14:paraId="215FBA96" w14:textId="77777777" w:rsidR="003F630A" w:rsidRDefault="005D0B92">
      <w:pPr>
        <w:jc w:val="center"/>
      </w:pPr>
      <w:r>
        <w:rPr>
          <w:sz w:val="22"/>
        </w:rPr>
        <w:t>Macao Scientific Publishers (MOSP)</w:t>
      </w:r>
    </w:p>
    <w:p w14:paraId="7085C06A" w14:textId="77777777" w:rsidR="003F630A" w:rsidRDefault="005D0B92">
      <w:pPr>
        <w:spacing w:before="80" w:after="80"/>
      </w:pPr>
      <w:r>
        <w:rPr>
          <w:i/>
          <w:sz w:val="18"/>
        </w:rPr>
        <w:t>Note: Your information is for internal editorial use only and will be kept strictly confidential.</w:t>
      </w:r>
    </w:p>
    <w:tbl>
      <w:tblPr>
        <w:tblStyle w:val="aff1"/>
        <w:tblW w:w="9506" w:type="dxa"/>
        <w:jc w:val="center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777"/>
        <w:gridCol w:w="907"/>
        <w:gridCol w:w="945"/>
        <w:gridCol w:w="958"/>
        <w:gridCol w:w="1079"/>
        <w:gridCol w:w="2023"/>
        <w:gridCol w:w="1817"/>
      </w:tblGrid>
      <w:tr w:rsidR="003F630A" w14:paraId="3087DC62" w14:textId="77777777" w:rsidTr="00804C5B">
        <w:trPr>
          <w:trHeight w:val="567"/>
          <w:jc w:val="center"/>
        </w:trPr>
        <w:tc>
          <w:tcPr>
            <w:tcW w:w="1777" w:type="dxa"/>
            <w:vAlign w:val="center"/>
          </w:tcPr>
          <w:p w14:paraId="56339DFD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Journal Name</w:t>
            </w:r>
          </w:p>
        </w:tc>
        <w:tc>
          <w:tcPr>
            <w:tcW w:w="3889" w:type="dxa"/>
            <w:gridSpan w:val="4"/>
            <w:vAlign w:val="center"/>
          </w:tcPr>
          <w:p w14:paraId="1540D9F1" w14:textId="77777777" w:rsidR="003F630A" w:rsidRDefault="003F630A">
            <w:pPr>
              <w:spacing w:before="20" w:after="20"/>
            </w:pPr>
          </w:p>
        </w:tc>
        <w:tc>
          <w:tcPr>
            <w:tcW w:w="3840" w:type="dxa"/>
            <w:gridSpan w:val="2"/>
            <w:vAlign w:val="center"/>
          </w:tcPr>
          <w:p w14:paraId="73F59CA8" w14:textId="77777777" w:rsidR="003F630A" w:rsidRDefault="005D0B92">
            <w:pPr>
              <w:spacing w:before="20" w:after="20"/>
              <w:jc w:val="center"/>
            </w:pPr>
            <w:r>
              <w:rPr>
                <w:sz w:val="18"/>
              </w:rPr>
              <w:t>□ Editorial Board Member   □ Editor-in-Chief   □ Associate Editor</w:t>
            </w:r>
            <w:r>
              <w:rPr>
                <w:sz w:val="18"/>
              </w:rPr>
              <w:br/>
              <w:t>□ Section Editor   □ Peer Reviewer   □ Editor</w:t>
            </w:r>
          </w:p>
        </w:tc>
      </w:tr>
      <w:tr w:rsidR="003F630A" w14:paraId="2272589C" w14:textId="77777777" w:rsidTr="00804C5B">
        <w:trPr>
          <w:trHeight w:val="510"/>
          <w:jc w:val="center"/>
        </w:trPr>
        <w:tc>
          <w:tcPr>
            <w:tcW w:w="1777" w:type="dxa"/>
            <w:vAlign w:val="center"/>
          </w:tcPr>
          <w:p w14:paraId="671E5F1C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Name</w:t>
            </w:r>
          </w:p>
        </w:tc>
        <w:tc>
          <w:tcPr>
            <w:tcW w:w="907" w:type="dxa"/>
          </w:tcPr>
          <w:p w14:paraId="1333A844" w14:textId="77777777" w:rsidR="003F630A" w:rsidRDefault="003F630A"/>
        </w:tc>
        <w:tc>
          <w:tcPr>
            <w:tcW w:w="945" w:type="dxa"/>
            <w:vAlign w:val="center"/>
          </w:tcPr>
          <w:p w14:paraId="3FCAEC2E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Gender</w:t>
            </w:r>
          </w:p>
        </w:tc>
        <w:tc>
          <w:tcPr>
            <w:tcW w:w="958" w:type="dxa"/>
          </w:tcPr>
          <w:p w14:paraId="66D37261" w14:textId="77777777" w:rsidR="003F630A" w:rsidRDefault="003F630A"/>
        </w:tc>
        <w:tc>
          <w:tcPr>
            <w:tcW w:w="1079" w:type="dxa"/>
            <w:vAlign w:val="center"/>
          </w:tcPr>
          <w:p w14:paraId="58D7F2FD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Specialty</w:t>
            </w:r>
          </w:p>
        </w:tc>
        <w:tc>
          <w:tcPr>
            <w:tcW w:w="2023" w:type="dxa"/>
          </w:tcPr>
          <w:p w14:paraId="6F91C87F" w14:textId="77777777" w:rsidR="003F630A" w:rsidRDefault="003F630A"/>
        </w:tc>
        <w:tc>
          <w:tcPr>
            <w:tcW w:w="1817" w:type="dxa"/>
            <w:vMerge w:val="restart"/>
            <w:vAlign w:val="center"/>
          </w:tcPr>
          <w:p w14:paraId="46C5A241" w14:textId="77777777" w:rsidR="003F630A" w:rsidRDefault="005D0B92">
            <w:pPr>
              <w:jc w:val="center"/>
            </w:pPr>
            <w:r>
              <w:rPr>
                <w:b/>
                <w:sz w:val="20"/>
              </w:rPr>
              <w:t>Digital Headshot</w:t>
            </w:r>
          </w:p>
          <w:p w14:paraId="26EE63AB" w14:textId="77777777" w:rsidR="003F630A" w:rsidRDefault="005D0B92">
            <w:pPr>
              <w:jc w:val="center"/>
            </w:pPr>
            <w:r>
              <w:rPr>
                <w:sz w:val="17"/>
              </w:rPr>
              <w:t>(electronic photo)</w:t>
            </w:r>
          </w:p>
        </w:tc>
      </w:tr>
      <w:tr w:rsidR="003F630A" w14:paraId="4F8A7A36" w14:textId="77777777" w:rsidTr="00804C5B">
        <w:trPr>
          <w:trHeight w:val="510"/>
          <w:jc w:val="center"/>
        </w:trPr>
        <w:tc>
          <w:tcPr>
            <w:tcW w:w="1777" w:type="dxa"/>
            <w:vAlign w:val="center"/>
          </w:tcPr>
          <w:p w14:paraId="17BE2913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Education</w:t>
            </w:r>
          </w:p>
        </w:tc>
        <w:tc>
          <w:tcPr>
            <w:tcW w:w="907" w:type="dxa"/>
          </w:tcPr>
          <w:p w14:paraId="753A6D8E" w14:textId="77777777" w:rsidR="003F630A" w:rsidRDefault="003F630A"/>
        </w:tc>
        <w:tc>
          <w:tcPr>
            <w:tcW w:w="945" w:type="dxa"/>
            <w:vAlign w:val="center"/>
          </w:tcPr>
          <w:p w14:paraId="5D89CE81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Academic Title</w:t>
            </w:r>
          </w:p>
        </w:tc>
        <w:tc>
          <w:tcPr>
            <w:tcW w:w="958" w:type="dxa"/>
          </w:tcPr>
          <w:p w14:paraId="0AC416B0" w14:textId="77777777" w:rsidR="003F630A" w:rsidRDefault="003F630A"/>
        </w:tc>
        <w:tc>
          <w:tcPr>
            <w:tcW w:w="1079" w:type="dxa"/>
            <w:vAlign w:val="center"/>
          </w:tcPr>
          <w:p w14:paraId="1FA72007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Position</w:t>
            </w:r>
          </w:p>
        </w:tc>
        <w:tc>
          <w:tcPr>
            <w:tcW w:w="2023" w:type="dxa"/>
          </w:tcPr>
          <w:p w14:paraId="698467F5" w14:textId="77777777" w:rsidR="003F630A" w:rsidRDefault="003F630A"/>
        </w:tc>
        <w:tc>
          <w:tcPr>
            <w:tcW w:w="1817" w:type="dxa"/>
            <w:vMerge/>
          </w:tcPr>
          <w:p w14:paraId="179523C8" w14:textId="77777777" w:rsidR="003F630A" w:rsidRDefault="003F630A"/>
        </w:tc>
      </w:tr>
      <w:tr w:rsidR="003F630A" w14:paraId="0E838624" w14:textId="77777777" w:rsidTr="00804C5B">
        <w:trPr>
          <w:trHeight w:val="482"/>
          <w:jc w:val="center"/>
        </w:trPr>
        <w:tc>
          <w:tcPr>
            <w:tcW w:w="1777" w:type="dxa"/>
            <w:vAlign w:val="center"/>
          </w:tcPr>
          <w:p w14:paraId="0E7F3932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E-mail</w:t>
            </w:r>
          </w:p>
        </w:tc>
        <w:tc>
          <w:tcPr>
            <w:tcW w:w="2810" w:type="dxa"/>
            <w:gridSpan w:val="3"/>
            <w:vAlign w:val="center"/>
          </w:tcPr>
          <w:p w14:paraId="41C1E2E5" w14:textId="77777777" w:rsidR="003F630A" w:rsidRDefault="003F630A">
            <w:pPr>
              <w:spacing w:before="20" w:after="20"/>
            </w:pPr>
          </w:p>
        </w:tc>
        <w:tc>
          <w:tcPr>
            <w:tcW w:w="1079" w:type="dxa"/>
            <w:vAlign w:val="center"/>
          </w:tcPr>
          <w:p w14:paraId="462A39B7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Mobile No.</w:t>
            </w:r>
          </w:p>
        </w:tc>
        <w:tc>
          <w:tcPr>
            <w:tcW w:w="2023" w:type="dxa"/>
            <w:vAlign w:val="center"/>
          </w:tcPr>
          <w:p w14:paraId="5CF5091B" w14:textId="77777777" w:rsidR="003F630A" w:rsidRDefault="003F630A">
            <w:pPr>
              <w:spacing w:before="20" w:after="20"/>
            </w:pPr>
          </w:p>
        </w:tc>
        <w:tc>
          <w:tcPr>
            <w:tcW w:w="1817" w:type="dxa"/>
            <w:vMerge/>
          </w:tcPr>
          <w:p w14:paraId="3F6B32AA" w14:textId="77777777" w:rsidR="003F630A" w:rsidRDefault="003F630A"/>
        </w:tc>
      </w:tr>
      <w:tr w:rsidR="003F630A" w14:paraId="687144CC" w14:textId="77777777" w:rsidTr="00804C5B">
        <w:trPr>
          <w:trHeight w:val="482"/>
          <w:jc w:val="center"/>
        </w:trPr>
        <w:tc>
          <w:tcPr>
            <w:tcW w:w="1777" w:type="dxa"/>
            <w:vAlign w:val="center"/>
          </w:tcPr>
          <w:p w14:paraId="66BDD982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ID / Passport No.</w:t>
            </w:r>
          </w:p>
        </w:tc>
        <w:tc>
          <w:tcPr>
            <w:tcW w:w="2810" w:type="dxa"/>
            <w:gridSpan w:val="3"/>
            <w:vAlign w:val="center"/>
          </w:tcPr>
          <w:p w14:paraId="1C4E468A" w14:textId="77777777" w:rsidR="003F630A" w:rsidRDefault="003F630A">
            <w:pPr>
              <w:spacing w:before="20" w:after="20"/>
            </w:pPr>
          </w:p>
        </w:tc>
        <w:tc>
          <w:tcPr>
            <w:tcW w:w="1079" w:type="dxa"/>
            <w:vAlign w:val="center"/>
          </w:tcPr>
          <w:p w14:paraId="01F4EEB5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Nationality</w:t>
            </w:r>
          </w:p>
        </w:tc>
        <w:tc>
          <w:tcPr>
            <w:tcW w:w="2023" w:type="dxa"/>
            <w:vAlign w:val="center"/>
          </w:tcPr>
          <w:p w14:paraId="2C764FAD" w14:textId="77777777" w:rsidR="003F630A" w:rsidRDefault="003F630A">
            <w:pPr>
              <w:spacing w:before="20" w:after="20"/>
            </w:pPr>
          </w:p>
        </w:tc>
        <w:tc>
          <w:tcPr>
            <w:tcW w:w="1817" w:type="dxa"/>
            <w:vMerge/>
          </w:tcPr>
          <w:p w14:paraId="51DB62FC" w14:textId="77777777" w:rsidR="003F630A" w:rsidRDefault="003F630A"/>
        </w:tc>
      </w:tr>
      <w:tr w:rsidR="003F630A" w14:paraId="15D8FC61" w14:textId="77777777" w:rsidTr="00804C5B">
        <w:trPr>
          <w:trHeight w:val="482"/>
          <w:jc w:val="center"/>
        </w:trPr>
        <w:tc>
          <w:tcPr>
            <w:tcW w:w="1777" w:type="dxa"/>
            <w:vAlign w:val="center"/>
          </w:tcPr>
          <w:p w14:paraId="5C692B7C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Personal Website</w:t>
            </w:r>
          </w:p>
        </w:tc>
        <w:tc>
          <w:tcPr>
            <w:tcW w:w="2810" w:type="dxa"/>
            <w:gridSpan w:val="3"/>
            <w:vAlign w:val="center"/>
          </w:tcPr>
          <w:p w14:paraId="49B62B08" w14:textId="77777777" w:rsidR="003F630A" w:rsidRDefault="003F630A">
            <w:pPr>
              <w:spacing w:before="20" w:after="20"/>
            </w:pPr>
          </w:p>
        </w:tc>
        <w:tc>
          <w:tcPr>
            <w:tcW w:w="1079" w:type="dxa"/>
            <w:vAlign w:val="center"/>
          </w:tcPr>
          <w:p w14:paraId="6C9DBCD4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ORCID</w:t>
            </w:r>
          </w:p>
        </w:tc>
        <w:tc>
          <w:tcPr>
            <w:tcW w:w="2023" w:type="dxa"/>
            <w:vAlign w:val="center"/>
          </w:tcPr>
          <w:p w14:paraId="7A61F292" w14:textId="77777777" w:rsidR="003F630A" w:rsidRDefault="003F630A">
            <w:pPr>
              <w:spacing w:before="20" w:after="20"/>
            </w:pPr>
          </w:p>
        </w:tc>
        <w:tc>
          <w:tcPr>
            <w:tcW w:w="1817" w:type="dxa"/>
            <w:vMerge/>
          </w:tcPr>
          <w:p w14:paraId="1AA3B810" w14:textId="77777777" w:rsidR="003F630A" w:rsidRDefault="003F630A"/>
        </w:tc>
      </w:tr>
      <w:tr w:rsidR="003F630A" w14:paraId="0D7FDCF9" w14:textId="77777777" w:rsidTr="00804C5B">
        <w:trPr>
          <w:trHeight w:val="539"/>
          <w:jc w:val="center"/>
        </w:trPr>
        <w:tc>
          <w:tcPr>
            <w:tcW w:w="1777" w:type="dxa"/>
            <w:vAlign w:val="center"/>
          </w:tcPr>
          <w:p w14:paraId="4056E26A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Employer /</w:t>
            </w:r>
          </w:p>
          <w:p w14:paraId="6038D9CB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Affiliation</w:t>
            </w:r>
          </w:p>
        </w:tc>
        <w:tc>
          <w:tcPr>
            <w:tcW w:w="2810" w:type="dxa"/>
            <w:gridSpan w:val="3"/>
            <w:vAlign w:val="center"/>
          </w:tcPr>
          <w:p w14:paraId="0008200F" w14:textId="77777777" w:rsidR="003F630A" w:rsidRDefault="003F630A">
            <w:pPr>
              <w:spacing w:before="20" w:after="20"/>
            </w:pPr>
          </w:p>
        </w:tc>
        <w:tc>
          <w:tcPr>
            <w:tcW w:w="1079" w:type="dxa"/>
            <w:vAlign w:val="center"/>
          </w:tcPr>
          <w:p w14:paraId="52C294B9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Mailing Address</w:t>
            </w:r>
          </w:p>
        </w:tc>
        <w:tc>
          <w:tcPr>
            <w:tcW w:w="3840" w:type="dxa"/>
            <w:gridSpan w:val="2"/>
            <w:vAlign w:val="center"/>
          </w:tcPr>
          <w:p w14:paraId="0DD05CAC" w14:textId="77777777" w:rsidR="003F630A" w:rsidRDefault="003F630A">
            <w:pPr>
              <w:spacing w:before="20" w:after="20"/>
            </w:pPr>
          </w:p>
        </w:tc>
      </w:tr>
      <w:tr w:rsidR="003F630A" w14:paraId="49A2F220" w14:textId="77777777" w:rsidTr="00804C5B">
        <w:trPr>
          <w:trHeight w:val="737"/>
          <w:jc w:val="center"/>
        </w:trPr>
        <w:tc>
          <w:tcPr>
            <w:tcW w:w="1777" w:type="dxa"/>
            <w:vAlign w:val="center"/>
          </w:tcPr>
          <w:p w14:paraId="7D4CEF8E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Education &amp; Work</w:t>
            </w:r>
          </w:p>
          <w:p w14:paraId="0B8F1625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Experience</w:t>
            </w:r>
          </w:p>
        </w:tc>
        <w:tc>
          <w:tcPr>
            <w:tcW w:w="7729" w:type="dxa"/>
            <w:gridSpan w:val="6"/>
          </w:tcPr>
          <w:p w14:paraId="0B515127" w14:textId="77777777" w:rsidR="003F630A" w:rsidRDefault="003F630A">
            <w:pPr>
              <w:spacing w:before="20" w:after="20"/>
            </w:pPr>
          </w:p>
        </w:tc>
      </w:tr>
      <w:tr w:rsidR="003F630A" w14:paraId="6EE27F4D" w14:textId="77777777" w:rsidTr="00804C5B">
        <w:trPr>
          <w:trHeight w:val="624"/>
          <w:jc w:val="center"/>
        </w:trPr>
        <w:tc>
          <w:tcPr>
            <w:tcW w:w="1777" w:type="dxa"/>
            <w:vAlign w:val="center"/>
          </w:tcPr>
          <w:p w14:paraId="0B2F8EDE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Professional /</w:t>
            </w:r>
          </w:p>
          <w:p w14:paraId="3A889AF0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Academic Affiliations</w:t>
            </w:r>
          </w:p>
        </w:tc>
        <w:tc>
          <w:tcPr>
            <w:tcW w:w="7729" w:type="dxa"/>
            <w:gridSpan w:val="6"/>
          </w:tcPr>
          <w:p w14:paraId="25ACBD2F" w14:textId="77777777" w:rsidR="003F630A" w:rsidRDefault="003F630A">
            <w:pPr>
              <w:spacing w:before="20" w:after="20"/>
            </w:pPr>
          </w:p>
        </w:tc>
      </w:tr>
      <w:tr w:rsidR="003F630A" w14:paraId="6C389980" w14:textId="77777777" w:rsidTr="00804C5B">
        <w:trPr>
          <w:trHeight w:val="624"/>
          <w:jc w:val="center"/>
        </w:trPr>
        <w:tc>
          <w:tcPr>
            <w:tcW w:w="1777" w:type="dxa"/>
            <w:vAlign w:val="center"/>
          </w:tcPr>
          <w:p w14:paraId="023A94E7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Research Interests</w:t>
            </w:r>
          </w:p>
        </w:tc>
        <w:tc>
          <w:tcPr>
            <w:tcW w:w="7729" w:type="dxa"/>
            <w:gridSpan w:val="6"/>
          </w:tcPr>
          <w:p w14:paraId="1C6F1300" w14:textId="77777777" w:rsidR="003F630A" w:rsidRDefault="003F630A">
            <w:pPr>
              <w:spacing w:before="20" w:after="20"/>
            </w:pPr>
          </w:p>
        </w:tc>
      </w:tr>
      <w:tr w:rsidR="003F630A" w14:paraId="5B4AC0C0" w14:textId="77777777" w:rsidTr="00804C5B">
        <w:trPr>
          <w:trHeight w:val="850"/>
          <w:jc w:val="center"/>
        </w:trPr>
        <w:tc>
          <w:tcPr>
            <w:tcW w:w="1777" w:type="dxa"/>
            <w:vAlign w:val="center"/>
          </w:tcPr>
          <w:p w14:paraId="5265C4AD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Representative</w:t>
            </w:r>
          </w:p>
          <w:p w14:paraId="25370062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Publications</w:t>
            </w:r>
          </w:p>
        </w:tc>
        <w:tc>
          <w:tcPr>
            <w:tcW w:w="7729" w:type="dxa"/>
            <w:gridSpan w:val="6"/>
          </w:tcPr>
          <w:p w14:paraId="4A1679C8" w14:textId="77777777" w:rsidR="003F630A" w:rsidRDefault="003F630A">
            <w:pPr>
              <w:spacing w:before="20" w:after="20"/>
            </w:pPr>
          </w:p>
        </w:tc>
      </w:tr>
      <w:tr w:rsidR="003F630A" w14:paraId="435726D5" w14:textId="77777777" w:rsidTr="00804C5B">
        <w:trPr>
          <w:trHeight w:val="624"/>
          <w:jc w:val="center"/>
        </w:trPr>
        <w:tc>
          <w:tcPr>
            <w:tcW w:w="1777" w:type="dxa"/>
            <w:vAlign w:val="center"/>
          </w:tcPr>
          <w:p w14:paraId="3674B749" w14:textId="77777777" w:rsidR="00804C5B" w:rsidRDefault="005D0B92">
            <w:pPr>
              <w:spacing w:before="20" w:after="20"/>
              <w:jc w:val="center"/>
              <w:rPr>
                <w:rFonts w:eastAsia="宋体"/>
                <w:b/>
                <w:lang w:eastAsia="zh-CN"/>
              </w:rPr>
            </w:pPr>
            <w:r>
              <w:rPr>
                <w:b/>
              </w:rPr>
              <w:t xml:space="preserve">Research </w:t>
            </w:r>
          </w:p>
          <w:p w14:paraId="5DD17072" w14:textId="2E4C0BFD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Projects Led</w:t>
            </w:r>
          </w:p>
        </w:tc>
        <w:tc>
          <w:tcPr>
            <w:tcW w:w="7729" w:type="dxa"/>
            <w:gridSpan w:val="6"/>
          </w:tcPr>
          <w:p w14:paraId="46D3B86E" w14:textId="77777777" w:rsidR="003F630A" w:rsidRDefault="003F630A">
            <w:pPr>
              <w:spacing w:before="20" w:after="20"/>
            </w:pPr>
          </w:p>
        </w:tc>
      </w:tr>
      <w:tr w:rsidR="003F630A" w14:paraId="1D9FFC40" w14:textId="77777777" w:rsidTr="00804C5B">
        <w:trPr>
          <w:trHeight w:val="624"/>
          <w:jc w:val="center"/>
        </w:trPr>
        <w:tc>
          <w:tcPr>
            <w:tcW w:w="1777" w:type="dxa"/>
            <w:vAlign w:val="center"/>
          </w:tcPr>
          <w:p w14:paraId="01798F2D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Review / Editorial</w:t>
            </w:r>
          </w:p>
          <w:p w14:paraId="2F766400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Experience</w:t>
            </w:r>
          </w:p>
        </w:tc>
        <w:tc>
          <w:tcPr>
            <w:tcW w:w="7729" w:type="dxa"/>
            <w:gridSpan w:val="6"/>
          </w:tcPr>
          <w:p w14:paraId="6BE725BF" w14:textId="77777777" w:rsidR="003F630A" w:rsidRDefault="003F630A">
            <w:pPr>
              <w:spacing w:before="20" w:after="20"/>
            </w:pPr>
          </w:p>
        </w:tc>
      </w:tr>
      <w:tr w:rsidR="003F630A" w14:paraId="2F38AB63" w14:textId="77777777" w:rsidTr="00804C5B">
        <w:trPr>
          <w:trHeight w:val="539"/>
          <w:jc w:val="center"/>
        </w:trPr>
        <w:tc>
          <w:tcPr>
            <w:tcW w:w="1777" w:type="dxa"/>
            <w:vAlign w:val="center"/>
          </w:tcPr>
          <w:p w14:paraId="1D9CD5AE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Work You Can</w:t>
            </w:r>
          </w:p>
          <w:p w14:paraId="24BE310E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Undertake</w:t>
            </w:r>
          </w:p>
          <w:p w14:paraId="2F6CAC72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(√ to select)</w:t>
            </w:r>
          </w:p>
        </w:tc>
        <w:tc>
          <w:tcPr>
            <w:tcW w:w="7729" w:type="dxa"/>
            <w:gridSpan w:val="6"/>
            <w:vAlign w:val="center"/>
          </w:tcPr>
          <w:p w14:paraId="77205A64" w14:textId="77777777" w:rsidR="003F630A" w:rsidRDefault="005D0B92">
            <w:pPr>
              <w:spacing w:before="20" w:after="20"/>
              <w:jc w:val="center"/>
            </w:pPr>
            <w:r>
              <w:rPr>
                <w:sz w:val="19"/>
              </w:rPr>
              <w:t>□ Peer review      □ Recommend manuscripts      □ Invite / commission papers      □ Organize special topics</w:t>
            </w:r>
          </w:p>
        </w:tc>
      </w:tr>
      <w:tr w:rsidR="003F630A" w14:paraId="034B4637" w14:textId="77777777" w:rsidTr="00804C5B">
        <w:trPr>
          <w:trHeight w:val="539"/>
          <w:jc w:val="center"/>
        </w:trPr>
        <w:tc>
          <w:tcPr>
            <w:tcW w:w="1777" w:type="dxa"/>
            <w:vAlign w:val="center"/>
          </w:tcPr>
          <w:p w14:paraId="2C13AE96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Display in</w:t>
            </w:r>
          </w:p>
          <w:p w14:paraId="0A1D7E1F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"Expert Profiles"</w:t>
            </w:r>
          </w:p>
          <w:p w14:paraId="287C25A2" w14:textId="77777777" w:rsidR="003F630A" w:rsidRDefault="005D0B92">
            <w:pPr>
              <w:spacing w:before="20" w:after="20"/>
              <w:jc w:val="center"/>
            </w:pPr>
            <w:r>
              <w:rPr>
                <w:b/>
              </w:rPr>
              <w:t>(√ to select)</w:t>
            </w:r>
          </w:p>
        </w:tc>
        <w:tc>
          <w:tcPr>
            <w:tcW w:w="7729" w:type="dxa"/>
            <w:gridSpan w:val="6"/>
            <w:vAlign w:val="center"/>
          </w:tcPr>
          <w:p w14:paraId="3DBC7E6F" w14:textId="77777777" w:rsidR="003F630A" w:rsidRDefault="005D0B92">
            <w:pPr>
              <w:spacing w:before="20" w:after="20"/>
              <w:jc w:val="center"/>
            </w:pPr>
            <w:r>
              <w:rPr>
                <w:sz w:val="19"/>
              </w:rPr>
              <w:t>□ I agree (please provide a digital personal photo)                    □ I do not agree</w:t>
            </w:r>
          </w:p>
        </w:tc>
      </w:tr>
    </w:tbl>
    <w:p w14:paraId="79D14FF1" w14:textId="77777777" w:rsidR="005D0B92" w:rsidRDefault="005D0B92"/>
    <w:sectPr w:rsidR="005D0B92" w:rsidSect="00034616">
      <w:pgSz w:w="11906" w:h="16838"/>
      <w:pgMar w:top="700" w:right="1417" w:bottom="56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0271983">
    <w:abstractNumId w:val="8"/>
  </w:num>
  <w:num w:numId="2" w16cid:durableId="344287945">
    <w:abstractNumId w:val="6"/>
  </w:num>
  <w:num w:numId="3" w16cid:durableId="2071225829">
    <w:abstractNumId w:val="5"/>
  </w:num>
  <w:num w:numId="4" w16cid:durableId="397752829">
    <w:abstractNumId w:val="4"/>
  </w:num>
  <w:num w:numId="5" w16cid:durableId="914709687">
    <w:abstractNumId w:val="7"/>
  </w:num>
  <w:num w:numId="6" w16cid:durableId="2018802756">
    <w:abstractNumId w:val="3"/>
  </w:num>
  <w:num w:numId="7" w16cid:durableId="993337315">
    <w:abstractNumId w:val="2"/>
  </w:num>
  <w:num w:numId="8" w16cid:durableId="176621143">
    <w:abstractNumId w:val="1"/>
  </w:num>
  <w:num w:numId="9" w16cid:durableId="162989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30A"/>
    <w:rsid w:val="005D0B92"/>
    <w:rsid w:val="006113B3"/>
    <w:rsid w:val="006E0AB2"/>
    <w:rsid w:val="00804C5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4CE98B"/>
  <w14:defaultImageDpi w14:val="300"/>
  <w15:docId w15:val="{F7355DD4-1D74-4906-BF47-996EA7D0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845</Characters>
  <Application>Microsoft Office Word</Application>
  <DocSecurity>0</DocSecurity>
  <Lines>93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Yanqi Wu</cp:lastModifiedBy>
  <cp:revision>3</cp:revision>
  <dcterms:created xsi:type="dcterms:W3CDTF">2013-12-23T23:15:00Z</dcterms:created>
  <dcterms:modified xsi:type="dcterms:W3CDTF">2026-10-22T02:07:00Z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1518841138518515_0/project_7649701607495631156-files/Journal_Editorial_Board_Member_Application_Form_EN.docx","ReservedCode1":"","ContentPropagator":"001191110102MACQD9K64028705","PropagateID":"1518841138518515#1792634784706","ReservedCode2":""}</vt:lpwstr>
  </property>
</Properties>
</file>